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F7D67" w14:textId="77777777" w:rsidR="00D73B05" w:rsidRPr="00FB56F3" w:rsidRDefault="00000000">
      <w:pPr>
        <w:spacing w:after="140"/>
        <w:jc w:val="center"/>
        <w:rPr>
          <w:rFonts w:ascii="Calibri" w:hAnsi="Calibri" w:cs="Calibri"/>
          <w:sz w:val="24"/>
          <w:szCs w:val="24"/>
          <w:lang w:val="it-IT"/>
        </w:rPr>
      </w:pPr>
      <w:r w:rsidRPr="00FB56F3">
        <w:rPr>
          <w:rFonts w:ascii="Calibri" w:hAnsi="Calibri" w:cs="Calibri"/>
          <w:b/>
          <w:sz w:val="24"/>
          <w:szCs w:val="24"/>
          <w:lang w:val="it-IT"/>
        </w:rPr>
        <w:t>RICHIESTA ATTRIBUZIONE FUNZIONE STRUMENTALE al PTOF A.S. 2026-2027</w:t>
      </w:r>
    </w:p>
    <w:p w14:paraId="64BAD47F" w14:textId="77777777" w:rsidR="00D73B05" w:rsidRPr="00FB56F3" w:rsidRDefault="00000000">
      <w:pPr>
        <w:spacing w:after="0"/>
        <w:jc w:val="right"/>
        <w:rPr>
          <w:rFonts w:ascii="Calibri" w:hAnsi="Calibri" w:cs="Calibri"/>
          <w:lang w:val="it-IT"/>
        </w:rPr>
      </w:pPr>
      <w:r w:rsidRPr="00FB56F3">
        <w:rPr>
          <w:rFonts w:ascii="Calibri" w:hAnsi="Calibri" w:cs="Calibri"/>
          <w:lang w:val="it-IT"/>
        </w:rPr>
        <w:t>Alla Dirigente Scolastica dell’Istituto Comprensivo</w:t>
      </w:r>
    </w:p>
    <w:p w14:paraId="6E77048B" w14:textId="77777777" w:rsidR="00D73B05" w:rsidRPr="00FB56F3" w:rsidRDefault="00000000">
      <w:pPr>
        <w:spacing w:after="140"/>
        <w:jc w:val="right"/>
        <w:rPr>
          <w:rFonts w:ascii="Calibri" w:hAnsi="Calibri" w:cs="Calibri"/>
          <w:lang w:val="it-IT"/>
        </w:rPr>
      </w:pPr>
      <w:r w:rsidRPr="00FB56F3">
        <w:rPr>
          <w:rFonts w:ascii="Calibri" w:hAnsi="Calibri" w:cs="Calibri"/>
          <w:lang w:val="it-IT"/>
        </w:rPr>
        <w:t>Martano con Carpignano Salentino e Serrano</w:t>
      </w:r>
    </w:p>
    <w:p w14:paraId="3E7E8F46" w14:textId="77777777" w:rsidR="00FB56F3" w:rsidRDefault="00FB56F3">
      <w:pPr>
        <w:spacing w:after="100"/>
        <w:rPr>
          <w:rFonts w:ascii="Calibri" w:hAnsi="Calibri" w:cs="Calibri"/>
          <w:b/>
          <w:lang w:val="it-IT"/>
        </w:rPr>
      </w:pPr>
    </w:p>
    <w:p w14:paraId="66F644BA" w14:textId="0D70E143" w:rsidR="00D73B05" w:rsidRPr="00FB56F3" w:rsidRDefault="00000000">
      <w:pPr>
        <w:spacing w:after="100"/>
        <w:rPr>
          <w:rFonts w:ascii="Calibri" w:hAnsi="Calibri" w:cs="Calibri"/>
          <w:b/>
          <w:sz w:val="24"/>
          <w:szCs w:val="24"/>
          <w:lang w:val="it-IT"/>
        </w:rPr>
      </w:pPr>
      <w:r w:rsidRPr="00FB56F3">
        <w:rPr>
          <w:rFonts w:ascii="Calibri" w:hAnsi="Calibri" w:cs="Calibri"/>
          <w:b/>
          <w:sz w:val="24"/>
          <w:szCs w:val="24"/>
          <w:lang w:val="it-IT"/>
        </w:rPr>
        <w:t>Oggetto: Richiesta attribuzione di Funzione Strumentale per l’anno scolastico 2026-2027</w:t>
      </w:r>
    </w:p>
    <w:p w14:paraId="76C491E3" w14:textId="77777777" w:rsidR="00FB56F3" w:rsidRDefault="00FB56F3">
      <w:pPr>
        <w:spacing w:after="80"/>
        <w:jc w:val="both"/>
        <w:rPr>
          <w:rFonts w:ascii="Calibri" w:hAnsi="Calibri" w:cs="Calibri"/>
          <w:lang w:val="it-IT"/>
        </w:rPr>
      </w:pPr>
    </w:p>
    <w:p w14:paraId="10B773B5" w14:textId="2B22F2AD" w:rsidR="00D73B05" w:rsidRPr="00FB56F3" w:rsidRDefault="00000000">
      <w:pPr>
        <w:spacing w:after="80"/>
        <w:jc w:val="both"/>
        <w:rPr>
          <w:rFonts w:ascii="Calibri" w:hAnsi="Calibri" w:cs="Calibri"/>
          <w:lang w:val="it-IT"/>
        </w:rPr>
      </w:pPr>
      <w:r w:rsidRPr="00FB56F3">
        <w:rPr>
          <w:rFonts w:ascii="Calibri" w:hAnsi="Calibri" w:cs="Calibri"/>
          <w:lang w:val="it-IT"/>
        </w:rPr>
        <w:t>Il/la sottoscritto/a……………………………………………………… docente di …………………………………….………... in servizio presso la scuola ………………………………………………………………… dipendente da questo Istituto, chiede l’attribuzione, per il corrente anno scolastico, della seguente funzione strumentale:</w:t>
      </w:r>
    </w:p>
    <w:p w14:paraId="68DE9BF3" w14:textId="77777777" w:rsidR="00D73B05" w:rsidRPr="00FB56F3" w:rsidRDefault="00000000">
      <w:pPr>
        <w:spacing w:after="100"/>
        <w:rPr>
          <w:rFonts w:ascii="Calibri" w:hAnsi="Calibri" w:cs="Calibri"/>
          <w:lang w:val="it-IT"/>
        </w:rPr>
      </w:pPr>
      <w:r w:rsidRPr="00FB56F3">
        <w:rPr>
          <w:rFonts w:ascii="Calibri" w:hAnsi="Calibri" w:cs="Calibri"/>
          <w:lang w:val="it-IT"/>
        </w:rPr>
        <w:t>Area _____    Funzione _____________________________________________________________________</w:t>
      </w:r>
    </w:p>
    <w:p w14:paraId="3F11B822" w14:textId="77777777" w:rsidR="00D73B05" w:rsidRPr="00FB56F3" w:rsidRDefault="00000000">
      <w:pPr>
        <w:spacing w:after="80"/>
        <w:jc w:val="center"/>
        <w:rPr>
          <w:rFonts w:ascii="Calibri" w:hAnsi="Calibri" w:cs="Calibri"/>
          <w:lang w:val="it-IT"/>
        </w:rPr>
      </w:pPr>
      <w:r w:rsidRPr="00FB56F3">
        <w:rPr>
          <w:rFonts w:ascii="Calibri" w:hAnsi="Calibri" w:cs="Calibri"/>
          <w:b/>
          <w:sz w:val="20"/>
          <w:lang w:val="it-IT"/>
        </w:rPr>
        <w:t>A TAL FINE DICHIARA:</w:t>
      </w:r>
    </w:p>
    <w:p w14:paraId="25D1B7AF" w14:textId="77777777" w:rsidR="00D73B05" w:rsidRPr="00FB56F3" w:rsidRDefault="00000000">
      <w:pPr>
        <w:ind w:left="113" w:hanging="113"/>
        <w:rPr>
          <w:rFonts w:ascii="Calibri" w:hAnsi="Calibri" w:cs="Calibri"/>
          <w:lang w:val="it-IT"/>
        </w:rPr>
      </w:pPr>
      <w:r w:rsidRPr="00FB56F3">
        <w:rPr>
          <w:rFonts w:ascii="Calibri" w:hAnsi="Calibri" w:cs="Calibri"/>
          <w:lang w:val="it-IT"/>
        </w:rPr>
        <w:t>1.    di essere disponibile a frequentare eventuali specifiche iniziative di formazione in servizio che saranno programmate;</w:t>
      </w:r>
    </w:p>
    <w:p w14:paraId="79808B6A" w14:textId="77777777" w:rsidR="00D73B05" w:rsidRPr="00FB56F3" w:rsidRDefault="00000000">
      <w:pPr>
        <w:ind w:left="113" w:hanging="113"/>
        <w:rPr>
          <w:rFonts w:ascii="Calibri" w:hAnsi="Calibri" w:cs="Calibri"/>
          <w:lang w:val="it-IT"/>
        </w:rPr>
      </w:pPr>
      <w:r w:rsidRPr="00FB56F3">
        <w:rPr>
          <w:rFonts w:ascii="Calibri" w:hAnsi="Calibri" w:cs="Calibri"/>
          <w:lang w:val="it-IT"/>
        </w:rPr>
        <w:t>2.    Di aver svolto le seguenti attività nell’ultimo triennio:</w:t>
      </w:r>
    </w:p>
    <w:p w14:paraId="53714F5A" w14:textId="77777777" w:rsidR="00D73B05" w:rsidRPr="00FB56F3" w:rsidRDefault="00000000">
      <w:pPr>
        <w:pStyle w:val="Puntoelenco"/>
        <w:spacing w:after="0"/>
        <w:ind w:left="369" w:hanging="170"/>
        <w:rPr>
          <w:rFonts w:ascii="Calibri" w:hAnsi="Calibri" w:cs="Calibri"/>
          <w:lang w:val="it-IT"/>
        </w:rPr>
      </w:pPr>
      <w:r w:rsidRPr="00FB56F3">
        <w:rPr>
          <w:rFonts w:ascii="Calibri" w:hAnsi="Calibri" w:cs="Calibri"/>
          <w:sz w:val="18"/>
          <w:lang w:val="it-IT"/>
        </w:rPr>
        <w:t>Incarichi di Funzione Strumentale (specificare l’Area di incarico e indicare l'a.s.)</w:t>
      </w:r>
    </w:p>
    <w:p w14:paraId="3CFE14A0" w14:textId="77777777" w:rsidR="00D73B05" w:rsidRPr="00FB56F3" w:rsidRDefault="00000000">
      <w:pPr>
        <w:spacing w:after="20"/>
        <w:ind w:left="198"/>
        <w:rPr>
          <w:rFonts w:ascii="Calibri" w:hAnsi="Calibri" w:cs="Calibri"/>
        </w:rPr>
      </w:pPr>
      <w:r w:rsidRPr="00FB56F3">
        <w:rPr>
          <w:rFonts w:ascii="Calibri" w:hAnsi="Calibri" w:cs="Calibri"/>
          <w:sz w:val="17"/>
        </w:rPr>
        <w:t>…………………………………………………………………………………………………………………………</w:t>
      </w:r>
    </w:p>
    <w:p w14:paraId="7A6A0B4C" w14:textId="77777777" w:rsidR="00D73B05" w:rsidRPr="00FB56F3" w:rsidRDefault="00000000">
      <w:pPr>
        <w:pStyle w:val="Puntoelenco"/>
        <w:spacing w:after="0"/>
        <w:ind w:left="369" w:hanging="170"/>
        <w:rPr>
          <w:rFonts w:ascii="Calibri" w:hAnsi="Calibri" w:cs="Calibri"/>
          <w:lang w:val="it-IT"/>
        </w:rPr>
      </w:pPr>
      <w:r w:rsidRPr="00FB56F3">
        <w:rPr>
          <w:rFonts w:ascii="Calibri" w:hAnsi="Calibri" w:cs="Calibri"/>
          <w:sz w:val="18"/>
          <w:lang w:val="it-IT"/>
        </w:rPr>
        <w:t>Incarichi di coordinamento, di gestione e di servizio affidati dalla Dirigente o dal Collegio Docenti:</w:t>
      </w:r>
    </w:p>
    <w:p w14:paraId="51406642" w14:textId="77777777" w:rsidR="00D73B05" w:rsidRPr="00FB56F3" w:rsidRDefault="00000000">
      <w:pPr>
        <w:spacing w:after="20"/>
        <w:ind w:left="198"/>
        <w:rPr>
          <w:rFonts w:ascii="Calibri" w:hAnsi="Calibri" w:cs="Calibri"/>
        </w:rPr>
      </w:pPr>
      <w:r w:rsidRPr="00FB56F3">
        <w:rPr>
          <w:rFonts w:ascii="Calibri" w:hAnsi="Calibri" w:cs="Calibri"/>
          <w:sz w:val="17"/>
        </w:rPr>
        <w:t>…………………………………………………………………………………………………………………………</w:t>
      </w:r>
    </w:p>
    <w:p w14:paraId="2E9FD15D" w14:textId="77777777" w:rsidR="00D73B05" w:rsidRPr="00FB56F3" w:rsidRDefault="00000000">
      <w:pPr>
        <w:pStyle w:val="Puntoelenco"/>
        <w:spacing w:after="0"/>
        <w:ind w:left="369" w:hanging="170"/>
        <w:rPr>
          <w:rFonts w:ascii="Calibri" w:hAnsi="Calibri" w:cs="Calibri"/>
          <w:lang w:val="it-IT"/>
        </w:rPr>
      </w:pPr>
      <w:r w:rsidRPr="00FB56F3">
        <w:rPr>
          <w:rFonts w:ascii="Calibri" w:hAnsi="Calibri" w:cs="Calibri"/>
          <w:sz w:val="18"/>
          <w:lang w:val="it-IT"/>
        </w:rPr>
        <w:t>Partecipazione a commissioni di studio o a gruppi di lavoro formalmente costituiti (specificare e indicare l'a.s.)</w:t>
      </w:r>
    </w:p>
    <w:p w14:paraId="442F9907" w14:textId="77777777" w:rsidR="00D73B05" w:rsidRPr="00FB56F3" w:rsidRDefault="00000000">
      <w:pPr>
        <w:spacing w:after="20"/>
        <w:ind w:left="198"/>
        <w:rPr>
          <w:rFonts w:ascii="Calibri" w:hAnsi="Calibri" w:cs="Calibri"/>
        </w:rPr>
      </w:pPr>
      <w:r w:rsidRPr="00FB56F3">
        <w:rPr>
          <w:rFonts w:ascii="Calibri" w:hAnsi="Calibri" w:cs="Calibri"/>
          <w:sz w:val="17"/>
        </w:rPr>
        <w:t>…………………………………………………………………………………………………………………………</w:t>
      </w:r>
    </w:p>
    <w:p w14:paraId="710E7CE1" w14:textId="77777777" w:rsidR="00D73B05" w:rsidRPr="00FB56F3" w:rsidRDefault="00000000">
      <w:pPr>
        <w:pStyle w:val="Puntoelenco"/>
        <w:spacing w:after="0"/>
        <w:ind w:left="369" w:hanging="170"/>
        <w:rPr>
          <w:rFonts w:ascii="Calibri" w:hAnsi="Calibri" w:cs="Calibri"/>
        </w:rPr>
      </w:pPr>
      <w:r w:rsidRPr="00FB56F3">
        <w:rPr>
          <w:rFonts w:ascii="Calibri" w:hAnsi="Calibri" w:cs="Calibri"/>
          <w:sz w:val="18"/>
        </w:rPr>
        <w:t>Altro (specificare)</w:t>
      </w:r>
    </w:p>
    <w:p w14:paraId="53D9ADB0" w14:textId="77777777" w:rsidR="00D73B05" w:rsidRPr="00FB56F3" w:rsidRDefault="00000000">
      <w:pPr>
        <w:spacing w:after="20"/>
        <w:ind w:left="198"/>
        <w:rPr>
          <w:rFonts w:ascii="Calibri" w:hAnsi="Calibri" w:cs="Calibri"/>
        </w:rPr>
      </w:pPr>
      <w:r w:rsidRPr="00FB56F3">
        <w:rPr>
          <w:rFonts w:ascii="Calibri" w:hAnsi="Calibri" w:cs="Calibri"/>
          <w:sz w:val="17"/>
        </w:rPr>
        <w:t>…………………………………………………………………………………………………………………………</w:t>
      </w:r>
    </w:p>
    <w:p w14:paraId="60E90CC8" w14:textId="5ADD5608" w:rsidR="00D73B05" w:rsidRPr="00FB56F3" w:rsidRDefault="00000000">
      <w:pPr>
        <w:ind w:left="113" w:hanging="113"/>
        <w:rPr>
          <w:rFonts w:ascii="Calibri" w:hAnsi="Calibri" w:cs="Calibri"/>
          <w:lang w:val="it-IT"/>
        </w:rPr>
      </w:pPr>
      <w:r w:rsidRPr="00FB56F3">
        <w:rPr>
          <w:rFonts w:ascii="Calibri" w:hAnsi="Calibri" w:cs="Calibri"/>
          <w:lang w:val="it-IT"/>
        </w:rPr>
        <w:t>3.    Di voler promuovere, in qualità di docente incaricato della F.S. Area il seguente</w:t>
      </w:r>
    </w:p>
    <w:p w14:paraId="679C384F" w14:textId="77777777" w:rsidR="00D73B05" w:rsidRPr="00FB56F3" w:rsidRDefault="00000000">
      <w:pPr>
        <w:jc w:val="center"/>
        <w:rPr>
          <w:rFonts w:ascii="Calibri" w:hAnsi="Calibri" w:cs="Calibri"/>
        </w:rPr>
      </w:pPr>
      <w:r w:rsidRPr="00FB56F3">
        <w:rPr>
          <w:rFonts w:ascii="Calibri" w:hAnsi="Calibri" w:cs="Calibri"/>
          <w:b/>
          <w:sz w:val="21"/>
        </w:rPr>
        <w:t>PIANO di FATTIBILITÀ: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61"/>
      </w:tblGrid>
      <w:tr w:rsidR="00D73B05" w:rsidRPr="00FB56F3" w14:paraId="17920145" w14:textId="77777777">
        <w:trPr>
          <w:trHeight w:val="408"/>
          <w:jc w:val="center"/>
        </w:trPr>
        <w:tc>
          <w:tcPr>
            <w:tcW w:w="10261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F291EDD" w14:textId="77777777" w:rsidR="00D73B05" w:rsidRPr="00FB56F3" w:rsidRDefault="00000000">
            <w:pPr>
              <w:spacing w:after="0"/>
              <w:rPr>
                <w:rFonts w:ascii="Calibri" w:hAnsi="Calibri" w:cs="Calibri"/>
              </w:rPr>
            </w:pPr>
            <w:r w:rsidRPr="00FB56F3">
              <w:rPr>
                <w:rFonts w:ascii="Calibri" w:hAnsi="Calibri" w:cs="Calibri"/>
                <w:b/>
                <w:sz w:val="18"/>
              </w:rPr>
              <w:t>Area di riferimento:</w:t>
            </w:r>
          </w:p>
        </w:tc>
      </w:tr>
      <w:tr w:rsidR="00D73B05" w:rsidRPr="00FB56F3" w14:paraId="693992B8" w14:textId="77777777">
        <w:trPr>
          <w:trHeight w:val="408"/>
          <w:jc w:val="center"/>
        </w:trPr>
        <w:tc>
          <w:tcPr>
            <w:tcW w:w="10261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74766A4" w14:textId="77777777" w:rsidR="00D73B05" w:rsidRPr="00FB56F3" w:rsidRDefault="00000000">
            <w:pPr>
              <w:spacing w:after="0"/>
              <w:rPr>
                <w:rFonts w:ascii="Calibri" w:hAnsi="Calibri" w:cs="Calibri"/>
              </w:rPr>
            </w:pPr>
            <w:r w:rsidRPr="00FB56F3">
              <w:rPr>
                <w:rFonts w:ascii="Calibri" w:hAnsi="Calibri" w:cs="Calibri"/>
                <w:b/>
                <w:sz w:val="18"/>
              </w:rPr>
              <w:t>Risultati attesi:</w:t>
            </w:r>
          </w:p>
        </w:tc>
      </w:tr>
      <w:tr w:rsidR="00D73B05" w:rsidRPr="00FB56F3" w14:paraId="077416E3" w14:textId="77777777">
        <w:trPr>
          <w:trHeight w:val="408"/>
          <w:jc w:val="center"/>
        </w:trPr>
        <w:tc>
          <w:tcPr>
            <w:tcW w:w="10261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0BE8152" w14:textId="77777777" w:rsidR="00D73B05" w:rsidRPr="00FB56F3" w:rsidRDefault="00000000">
            <w:pPr>
              <w:spacing w:after="0"/>
              <w:rPr>
                <w:rFonts w:ascii="Calibri" w:hAnsi="Calibri" w:cs="Calibri"/>
              </w:rPr>
            </w:pPr>
            <w:r w:rsidRPr="00FB56F3">
              <w:rPr>
                <w:rFonts w:ascii="Calibri" w:hAnsi="Calibri" w:cs="Calibri"/>
                <w:b/>
                <w:sz w:val="18"/>
              </w:rPr>
              <w:t>Destinatari:</w:t>
            </w:r>
          </w:p>
        </w:tc>
      </w:tr>
      <w:tr w:rsidR="00D73B05" w:rsidRPr="0065727E" w14:paraId="612FC1CF" w14:textId="77777777">
        <w:trPr>
          <w:trHeight w:val="408"/>
          <w:jc w:val="center"/>
        </w:trPr>
        <w:tc>
          <w:tcPr>
            <w:tcW w:w="10261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B9EABC1" w14:textId="77777777" w:rsidR="00D73B05" w:rsidRPr="00FB56F3" w:rsidRDefault="00000000">
            <w:pPr>
              <w:spacing w:after="0"/>
              <w:rPr>
                <w:rFonts w:ascii="Calibri" w:hAnsi="Calibri" w:cs="Calibri"/>
                <w:lang w:val="it-IT"/>
              </w:rPr>
            </w:pPr>
            <w:r w:rsidRPr="00FB56F3">
              <w:rPr>
                <w:rFonts w:ascii="Calibri" w:hAnsi="Calibri" w:cs="Calibri"/>
                <w:b/>
                <w:sz w:val="18"/>
                <w:lang w:val="it-IT"/>
              </w:rPr>
              <w:t>Soggetti interni ed esterni coinvolti:</w:t>
            </w:r>
          </w:p>
        </w:tc>
      </w:tr>
      <w:tr w:rsidR="00D73B05" w:rsidRPr="00FB56F3" w14:paraId="0F8375BC" w14:textId="77777777">
        <w:trPr>
          <w:trHeight w:val="488"/>
          <w:jc w:val="center"/>
        </w:trPr>
        <w:tc>
          <w:tcPr>
            <w:tcW w:w="10261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02B12F8" w14:textId="6E224A5E" w:rsidR="00D73B05" w:rsidRPr="00B17E1F" w:rsidRDefault="00000000">
            <w:pPr>
              <w:spacing w:after="0"/>
              <w:rPr>
                <w:rFonts w:ascii="Calibri" w:hAnsi="Calibri" w:cs="Calibri"/>
                <w:lang w:val="en-GB"/>
              </w:rPr>
            </w:pPr>
            <w:r w:rsidRPr="00B17E1F">
              <w:rPr>
                <w:rFonts w:ascii="Calibri" w:hAnsi="Calibri" w:cs="Calibri"/>
                <w:b/>
                <w:sz w:val="18"/>
                <w:lang w:val="en-GB"/>
              </w:rPr>
              <w:t>Attivit</w:t>
            </w:r>
            <w:r w:rsidR="00B17E1F" w:rsidRPr="00B17E1F">
              <w:rPr>
                <w:rFonts w:ascii="Calibri" w:hAnsi="Calibri" w:cs="Calibri"/>
                <w:b/>
                <w:sz w:val="18"/>
                <w:lang w:val="en-GB"/>
              </w:rPr>
              <w:t>à</w:t>
            </w:r>
            <w:r w:rsidRPr="00B17E1F">
              <w:rPr>
                <w:rFonts w:ascii="Calibri" w:hAnsi="Calibri" w:cs="Calibri"/>
                <w:b/>
                <w:sz w:val="18"/>
                <w:lang w:val="en-GB"/>
              </w:rPr>
              <w:t xml:space="preserve"> programmate:</w:t>
            </w:r>
          </w:p>
        </w:tc>
      </w:tr>
      <w:tr w:rsidR="00D73B05" w:rsidRPr="0065727E" w14:paraId="1161E436" w14:textId="77777777">
        <w:trPr>
          <w:trHeight w:val="595"/>
          <w:jc w:val="center"/>
        </w:trPr>
        <w:tc>
          <w:tcPr>
            <w:tcW w:w="10261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1486545" w14:textId="77777777" w:rsidR="00D73B05" w:rsidRPr="00FB56F3" w:rsidRDefault="00000000">
            <w:pPr>
              <w:spacing w:after="0"/>
              <w:rPr>
                <w:rFonts w:ascii="Calibri" w:hAnsi="Calibri" w:cs="Calibri"/>
                <w:lang w:val="it-IT"/>
              </w:rPr>
            </w:pPr>
            <w:r w:rsidRPr="00FB56F3">
              <w:rPr>
                <w:rFonts w:ascii="Calibri" w:hAnsi="Calibri" w:cs="Calibri"/>
                <w:b/>
                <w:sz w:val="18"/>
                <w:lang w:val="it-IT"/>
              </w:rPr>
              <w:t>Modalità e periodicità delle verifiche "in itinere" e criteri di valutazione dei risultati:</w:t>
            </w:r>
          </w:p>
        </w:tc>
      </w:tr>
    </w:tbl>
    <w:p w14:paraId="182D6873" w14:textId="77777777" w:rsidR="0009697E" w:rsidRPr="0009697E" w:rsidRDefault="0009697E">
      <w:pPr>
        <w:spacing w:before="80" w:after="0"/>
        <w:rPr>
          <w:rFonts w:ascii="Calibri" w:hAnsi="Calibri" w:cs="Calibri"/>
          <w:lang w:val="it-IT"/>
        </w:rPr>
      </w:pPr>
    </w:p>
    <w:p w14:paraId="737CB6FE" w14:textId="08BB6564" w:rsidR="00D73B05" w:rsidRPr="00FB56F3" w:rsidRDefault="00000000">
      <w:pPr>
        <w:spacing w:before="80" w:after="0"/>
        <w:rPr>
          <w:rFonts w:ascii="Calibri" w:hAnsi="Calibri" w:cs="Calibri"/>
        </w:rPr>
      </w:pPr>
      <w:r w:rsidRPr="00FB56F3">
        <w:rPr>
          <w:rFonts w:ascii="Calibri" w:hAnsi="Calibri" w:cs="Calibri"/>
        </w:rPr>
        <w:t xml:space="preserve">Data,……………    </w:t>
      </w:r>
      <w:r w:rsidR="00FB56F3">
        <w:rPr>
          <w:rFonts w:ascii="Calibri" w:hAnsi="Calibri" w:cs="Calibri"/>
        </w:rPr>
        <w:tab/>
      </w:r>
      <w:r w:rsidR="00FB56F3">
        <w:rPr>
          <w:rFonts w:ascii="Calibri" w:hAnsi="Calibri" w:cs="Calibri"/>
        </w:rPr>
        <w:tab/>
      </w:r>
      <w:r w:rsidR="00FB56F3">
        <w:rPr>
          <w:rFonts w:ascii="Calibri" w:hAnsi="Calibri" w:cs="Calibri"/>
        </w:rPr>
        <w:tab/>
      </w:r>
      <w:r w:rsidR="00FB56F3">
        <w:rPr>
          <w:rFonts w:ascii="Calibri" w:hAnsi="Calibri" w:cs="Calibri"/>
        </w:rPr>
        <w:tab/>
      </w:r>
      <w:r w:rsidR="00FB56F3">
        <w:rPr>
          <w:rFonts w:ascii="Calibri" w:hAnsi="Calibri" w:cs="Calibri"/>
        </w:rPr>
        <w:tab/>
      </w:r>
      <w:r w:rsidR="00FB56F3">
        <w:rPr>
          <w:rFonts w:ascii="Calibri" w:hAnsi="Calibri" w:cs="Calibri"/>
        </w:rPr>
        <w:tab/>
      </w:r>
      <w:r w:rsidRPr="00FB56F3">
        <w:rPr>
          <w:rFonts w:ascii="Calibri" w:hAnsi="Calibri" w:cs="Calibri"/>
        </w:rPr>
        <w:t xml:space="preserve">   Firma…………………………………………………………………</w:t>
      </w:r>
    </w:p>
    <w:sectPr w:rsidR="00D73B05" w:rsidRPr="00FB56F3" w:rsidSect="00034616">
      <w:pgSz w:w="11906" w:h="16838"/>
      <w:pgMar w:top="680" w:right="765" w:bottom="624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3774592">
    <w:abstractNumId w:val="8"/>
  </w:num>
  <w:num w:numId="2" w16cid:durableId="570118129">
    <w:abstractNumId w:val="6"/>
  </w:num>
  <w:num w:numId="3" w16cid:durableId="2085254563">
    <w:abstractNumId w:val="5"/>
  </w:num>
  <w:num w:numId="4" w16cid:durableId="1854680550">
    <w:abstractNumId w:val="4"/>
  </w:num>
  <w:num w:numId="5" w16cid:durableId="1441799699">
    <w:abstractNumId w:val="7"/>
  </w:num>
  <w:num w:numId="6" w16cid:durableId="2103606503">
    <w:abstractNumId w:val="3"/>
  </w:num>
  <w:num w:numId="7" w16cid:durableId="907349175">
    <w:abstractNumId w:val="2"/>
  </w:num>
  <w:num w:numId="8" w16cid:durableId="1598320157">
    <w:abstractNumId w:val="1"/>
  </w:num>
  <w:num w:numId="9" w16cid:durableId="587811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697E"/>
    <w:rsid w:val="0015074B"/>
    <w:rsid w:val="0029639D"/>
    <w:rsid w:val="00316530"/>
    <w:rsid w:val="00326F90"/>
    <w:rsid w:val="004E03FE"/>
    <w:rsid w:val="0065727E"/>
    <w:rsid w:val="006B36C9"/>
    <w:rsid w:val="008E3ACA"/>
    <w:rsid w:val="00A016A5"/>
    <w:rsid w:val="00AA1D8D"/>
    <w:rsid w:val="00B17E1F"/>
    <w:rsid w:val="00B47730"/>
    <w:rsid w:val="00CB0664"/>
    <w:rsid w:val="00D73B05"/>
    <w:rsid w:val="00FB56F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65A61"/>
  <w14:defaultImageDpi w14:val="300"/>
  <w15:docId w15:val="{CFD2FBE9-4085-4AB0-83C9-55115968D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40" w:line="240" w:lineRule="auto"/>
    </w:pPr>
    <w:rPr>
      <w:rFonts w:ascii="Arial" w:hAnsi="Arial"/>
      <w:sz w:val="19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maria rosaria</cp:lastModifiedBy>
  <cp:revision>2</cp:revision>
  <dcterms:created xsi:type="dcterms:W3CDTF">2026-09-04T10:49:00Z</dcterms:created>
  <dcterms:modified xsi:type="dcterms:W3CDTF">2026-09-04T10:49:00Z</dcterms:modified>
  <cp:category/>
</cp:coreProperties>
</file>